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4"/>
        <w:gridCol w:w="4608"/>
      </w:tblGrid>
      <w:tr>
        <w:tc>
          <w:tcPr>
            <w:tcW w:type="dxa" w:w="5184"/>
          </w:tcPr>
          <w:p>
            <w:r>
              <w:rPr>
                <w:rFonts w:ascii="Georgia" w:hAnsi="Georgia"/>
                <w:b/>
                <w:i w:val="0"/>
                <w:color w:val="0E4F5C"/>
                <w:sz w:val="60"/>
              </w:rPr>
              <w:t>Invoice</w:t>
            </w:r>
          </w:p>
          <w:p>
            <w:r>
              <w:rPr>
                <w:b w:val="0"/>
                <w:i w:val="0"/>
                <w:color w:val="5F6B6E"/>
                <w:sz w:val="18"/>
                <w:highlight w:val="yellow"/>
              </w:rPr>
              <w:t>[Business address]</w:t>
            </w:r>
          </w:p>
        </w:tc>
        <w:tc>
          <w:tcPr>
            <w:tcW w:type="dxa" w:w="4608"/>
          </w:tcPr>
          <w:p>
            <w:pPr>
              <w:spacing w:after="20"/>
              <w:jc w:val="right"/>
            </w:pPr>
            <w:r>
              <w:rPr>
                <w:b/>
                <w:i w:val="0"/>
                <w:color w:val="5F6B6E"/>
                <w:sz w:val="18"/>
              </w:rPr>
              <w:t xml:space="preserve">Invoice #  </w:t>
            </w:r>
            <w:r>
              <w:rPr>
                <w:b/>
                <w:i w:val="0"/>
                <w:sz w:val="20"/>
                <w:highlight w:val="yellow"/>
              </w:rPr>
              <w:t>[INV-0001]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5F6B6E"/>
                <w:sz w:val="18"/>
              </w:rPr>
              <w:t xml:space="preserve">Invoice date  </w:t>
            </w:r>
            <w:r>
              <w:rPr>
                <w:b/>
                <w:i w:val="0"/>
                <w:sz w:val="20"/>
                <w:highlight w:val="yellow"/>
              </w:rPr>
              <w:t>[INVOICE DATE]</w:t>
            </w:r>
          </w:p>
          <w:p>
            <w:pPr>
              <w:spacing w:after="20"/>
              <w:jc w:val="right"/>
            </w:pPr>
            <w:r>
              <w:rPr>
                <w:b/>
                <w:i w:val="0"/>
                <w:color w:val="5F6B6E"/>
                <w:sz w:val="18"/>
              </w:rPr>
              <w:t xml:space="preserve">Due date  </w:t>
            </w:r>
            <w:r>
              <w:rPr>
                <w:b/>
                <w:i w:val="0"/>
                <w:sz w:val="20"/>
                <w:highlight w:val="yellow"/>
              </w:rPr>
              <w:t>[DUE DATE]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96"/>
        <w:gridCol w:w="4896"/>
      </w:tblGrid>
      <w:tr>
        <w:tc>
          <w:tcPr>
            <w:tcW w:type="dxa" w:w="4896"/>
            <w:shd w:val="clear" w:color="auto" w:fill="F6F4EF"/>
            <w:tcMar>
              <w:top w:w="120" w:type="dxa"/>
              <w:bottom w:w="120" w:type="dxa"/>
              <w:start w:w="160" w:type="dxa"/>
              <w:end w:w="160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0E4F5C"/>
                <w:sz w:val="16"/>
              </w:rPr>
              <w:t>BILL TO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  <w:highlight w:val="yellow"/>
              </w:rPr>
              <w:t>[CLIENT NAME]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  <w:highlight w:val="yellow"/>
              </w:rPr>
              <w:t>[BILLING ADDRESS]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  <w:highlight w:val="yellow"/>
              </w:rPr>
              <w:t>[Client email]</w:t>
            </w:r>
          </w:p>
        </w:tc>
        <w:tc>
          <w:tcPr>
            <w:tcW w:type="dxa" w:w="4896"/>
            <w:shd w:val="clear" w:color="auto" w:fill="F6F4EF"/>
            <w:tcMar>
              <w:top w:w="120" w:type="dxa"/>
              <w:bottom w:w="120" w:type="dxa"/>
              <w:start w:w="160" w:type="dxa"/>
              <w:end w:w="160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0E4F5C"/>
                <w:sz w:val="16"/>
              </w:rPr>
              <w:t>SERVICE ADDRESS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  <w:highlight w:val="yellow"/>
              </w:rPr>
              <w:t>[SERVICE ADDRESS]</w:t>
            </w:r>
          </w:p>
          <w:p>
            <w:pPr>
              <w:spacing w:after="0"/>
            </w:pPr>
            <w:r>
              <w:rPr>
                <w:b w:val="0"/>
                <w:i w:val="0"/>
                <w:sz w:val="20"/>
              </w:rPr>
              <w:t xml:space="preserve">Service: </w:t>
            </w:r>
            <w:r>
              <w:rPr>
                <w:b w:val="0"/>
                <w:i w:val="0"/>
                <w:sz w:val="20"/>
                <w:highlight w:val="yellow"/>
              </w:rPr>
              <w:t>[weekly / every two weeks / monthly]</w:t>
            </w:r>
          </w:p>
          <w:p>
            <w:pPr>
              <w:spacing w:after="0"/>
            </w:pP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56"/>
        <w:gridCol w:w="4248"/>
        <w:gridCol w:w="792"/>
        <w:gridCol w:w="1440"/>
        <w:gridCol w:w="1656"/>
      </w:tblGrid>
      <w:tr>
        <w:trPr>
          <w:tblHeader w:val="true"/>
        </w:trPr>
        <w:tc>
          <w:tcPr>
            <w:tcW w:type="dxa" w:w="1656"/>
            <w:shd w:val="clear" w:color="auto" w:fill="0E4F5C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r>
              <w:rPr>
                <w:b/>
                <w:i w:val="0"/>
                <w:color w:val="FFFFFF"/>
                <w:sz w:val="19"/>
              </w:rPr>
              <w:t>Date</w:t>
            </w:r>
          </w:p>
        </w:tc>
        <w:tc>
          <w:tcPr>
            <w:tcW w:type="dxa" w:w="4248"/>
            <w:shd w:val="clear" w:color="auto" w:fill="0E4F5C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r>
              <w:rPr>
                <w:b/>
                <w:i w:val="0"/>
                <w:color w:val="FFFFFF"/>
                <w:sz w:val="19"/>
              </w:rPr>
              <w:t>Description</w:t>
            </w:r>
          </w:p>
        </w:tc>
        <w:tc>
          <w:tcPr>
            <w:tcW w:type="dxa" w:w="792"/>
            <w:shd w:val="clear" w:color="auto" w:fill="0E4F5C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9"/>
              </w:rPr>
              <w:t>Qty</w:t>
            </w:r>
          </w:p>
        </w:tc>
        <w:tc>
          <w:tcPr>
            <w:tcW w:type="dxa" w:w="1440"/>
            <w:shd w:val="clear" w:color="auto" w:fill="0E4F5C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9"/>
              </w:rPr>
              <w:t>Rate</w:t>
            </w:r>
          </w:p>
        </w:tc>
        <w:tc>
          <w:tcPr>
            <w:tcW w:type="dxa" w:w="1656"/>
            <w:shd w:val="clear" w:color="auto" w:fill="0E4F5C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9"/>
              </w:rPr>
              <w:t>Amount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[DATE]</w:t>
            </w:r>
          </w:p>
        </w:tc>
        <w:tc>
          <w:tcPr>
            <w:tcW w:type="dxa" w:w="4248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[Service]</w:t>
            </w:r>
          </w:p>
        </w:tc>
        <w:tc>
          <w:tcPr>
            <w:tcW w:type="dxa" w:w="792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440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$[  ]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$[  ]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[DATE]</w:t>
            </w:r>
          </w:p>
        </w:tc>
        <w:tc>
          <w:tcPr>
            <w:tcW w:type="dxa" w:w="4248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[Service]</w:t>
            </w:r>
          </w:p>
        </w:tc>
        <w:tc>
          <w:tcPr>
            <w:tcW w:type="dxa" w:w="792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440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$[  ]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$[  ]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[DATE]</w:t>
            </w:r>
          </w:p>
        </w:tc>
        <w:tc>
          <w:tcPr>
            <w:tcW w:type="dxa" w:w="4248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[Add-on]</w:t>
            </w:r>
          </w:p>
        </w:tc>
        <w:tc>
          <w:tcPr>
            <w:tcW w:type="dxa" w:w="792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440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$[  ]</w:t>
            </w:r>
          </w:p>
        </w:tc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9"/>
              </w:rPr>
              <w:t>$[  ]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</w:pPr>
          </w:p>
        </w:tc>
        <w:tc>
          <w:tcPr>
            <w:tcW w:type="dxa" w:w="4248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</w:pPr>
          </w:p>
        </w:tc>
        <w:tc>
          <w:tcPr>
            <w:tcW w:type="dxa" w:w="792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  <w:jc w:val="right"/>
            </w:pPr>
          </w:p>
        </w:tc>
        <w:tc>
          <w:tcPr>
            <w:tcW w:type="dxa" w:w="1440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  <w:jc w:val="right"/>
            </w:pPr>
          </w:p>
        </w:tc>
        <w:tc>
          <w:tcPr>
            <w:tcW w:type="dxa" w:w="1656"/>
            <w:tcMar>
              <w:top w:w="80" w:type="dxa"/>
              <w:bottom w:w="80" w:type="dxa"/>
              <w:start w:w="110" w:type="dxa"/>
              <w:end w:w="110" w:type="dxa"/>
            </w:tcMar>
            <w:tcBorders>
              <w:top w:val="nil"/>
              <w:left w:val="nil"/>
              <w:bottom w:val="single" w:sz="4" w:color="D9DEDF"/>
              <w:right w:val="nil"/>
            </w:tcBorders>
            <w:shd w:val="clear" w:color="auto" w:fill="F6F4EF"/>
          </w:tcPr>
          <w:p>
            <w:pPr>
              <w:spacing w:after="0"/>
              <w:jc w:val="right"/>
            </w:pP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68"/>
        <w:gridCol w:w="2016"/>
      </w:tblGrid>
      <w:tr>
        <w:tc>
          <w:tcPr>
            <w:tcW w:type="dxa" w:w="3168"/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5F6B6E"/>
                <w:sz w:val="20"/>
              </w:rPr>
              <w:t>Subtotal</w:t>
            </w:r>
          </w:p>
        </w:tc>
        <w:tc>
          <w:tcPr>
            <w:tcW w:type="dxa" w:w="2016"/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F292C"/>
                <w:sz w:val="20"/>
              </w:rPr>
              <w:t>$[  ]</w:t>
            </w:r>
          </w:p>
        </w:tc>
      </w:tr>
      <w:tr>
        <w:tc>
          <w:tcPr>
            <w:tcW w:type="dxa" w:w="3168"/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5F6B6E"/>
                <w:sz w:val="20"/>
              </w:rPr>
              <w:t>Sales tax (if applicable)</w:t>
            </w:r>
          </w:p>
        </w:tc>
        <w:tc>
          <w:tcPr>
            <w:tcW w:type="dxa" w:w="2016"/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F292C"/>
                <w:sz w:val="20"/>
              </w:rPr>
              <w:t>$[  ]</w:t>
            </w:r>
          </w:p>
        </w:tc>
      </w:tr>
      <w:tr>
        <w:tc>
          <w:tcPr>
            <w:tcW w:type="dxa" w:w="3168"/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5F6B6E"/>
                <w:sz w:val="20"/>
              </w:rPr>
              <w:t>Amount paid</w:t>
            </w:r>
          </w:p>
        </w:tc>
        <w:tc>
          <w:tcPr>
            <w:tcW w:type="dxa" w:w="2016"/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F292C"/>
                <w:sz w:val="20"/>
              </w:rPr>
              <w:t>$[  ]</w:t>
            </w:r>
          </w:p>
        </w:tc>
      </w:tr>
      <w:tr>
        <w:tc>
          <w:tcPr>
            <w:tcW w:type="dxa" w:w="3168"/>
            <w:tcMar>
              <w:top w:w="70" w:type="dxa"/>
              <w:bottom w:w="70" w:type="dxa"/>
              <w:start w:w="120" w:type="dxa"/>
              <w:end w:w="120" w:type="dxa"/>
            </w:tcMar>
            <w:shd w:val="clear" w:color="auto" w:fill="0E4F5C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20"/>
              </w:rPr>
              <w:t>Balance due</w:t>
            </w:r>
          </w:p>
        </w:tc>
        <w:tc>
          <w:tcPr>
            <w:tcW w:type="dxa" w:w="2016"/>
            <w:tcMar>
              <w:top w:w="70" w:type="dxa"/>
              <w:bottom w:w="70" w:type="dxa"/>
              <w:start w:w="120" w:type="dxa"/>
              <w:end w:w="120" w:type="dxa"/>
            </w:tcMar>
            <w:shd w:val="clear" w:color="auto" w:fill="0E4F5C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22"/>
              </w:rPr>
              <w:t>$[  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92"/>
      </w:tblGrid>
      <w:tr>
        <w:tc>
          <w:tcPr>
            <w:tcW w:type="dxa" w:w="9792"/>
            <w:shd w:val="clear" w:color="auto" w:fill="E6F0F1"/>
            <w:tcMar>
              <w:top w:w="140" w:type="dxa"/>
              <w:bottom w:w="140" w:type="dxa"/>
              <w:start w:w="200" w:type="dxa"/>
              <w:end w:w="200" w:type="dxa"/>
            </w:tcMar>
          </w:tcPr>
          <w:p>
            <w:r>
              <w:rPr>
                <w:b/>
                <w:i w:val="0"/>
                <w:color w:val="0E4F5C"/>
              </w:rPr>
              <w:t xml:space="preserve">How to pay  </w:t>
            </w:r>
            <w:r>
              <w:rPr>
                <w:b w:val="0"/>
                <w:i w:val="0"/>
                <w:sz w:val="20"/>
                <w:highlight w:val="yellow"/>
              </w:rPr>
              <w:t>[BANK / PAYMENT DETAILS]</w:t>
            </w:r>
            <w:r>
              <w:rPr>
                <w:b w:val="0"/>
                <w:i w:val="0"/>
                <w:sz w:val="20"/>
              </w:rPr>
              <w:t xml:space="preserve">. Please pay by </w:t>
            </w:r>
            <w:r>
              <w:rPr>
                <w:b w:val="0"/>
                <w:i w:val="0"/>
                <w:sz w:val="20"/>
                <w:highlight w:val="yellow"/>
              </w:rPr>
              <w:t>[DUE DATE]</w:t>
            </w:r>
            <w:r>
              <w:rPr>
                <w:b w:val="0"/>
                <w:i w:val="0"/>
                <w:sz w:val="20"/>
              </w:rPr>
              <w:t xml:space="preserve">. Payments after </w:t>
            </w:r>
            <w:r>
              <w:rPr>
                <w:b w:val="0"/>
                <w:i w:val="0"/>
                <w:sz w:val="20"/>
                <w:highlight w:val="yellow"/>
              </w:rPr>
              <w:t>[7]</w:t>
            </w:r>
            <w:r>
              <w:rPr>
                <w:b w:val="0"/>
                <w:i w:val="0"/>
                <w:sz w:val="20"/>
              </w:rPr>
              <w:t xml:space="preserve"> days may be charged </w:t>
            </w:r>
            <w:r>
              <w:rPr>
                <w:b w:val="0"/>
                <w:i w:val="0"/>
                <w:sz w:val="20"/>
                <w:highlight w:val="yellow"/>
              </w:rPr>
              <w:t>[LATE FEE]</w:t>
            </w:r>
            <w:r>
              <w:rPr>
                <w:b w:val="0"/>
                <w:i w:val="0"/>
                <w:sz w:val="20"/>
              </w:rPr>
              <w:t>.</w:t>
            </w:r>
          </w:p>
        </w:tc>
      </w:tr>
    </w:tbl>
    <w:p>
      <w:pPr>
        <w:spacing w:after="40"/>
      </w:pPr>
    </w:p>
    <w:p>
      <w:pPr>
        <w:spacing w:after="40"/>
        <w:jc w:val="center"/>
      </w:pPr>
      <w:r>
        <w:rPr>
          <w:b/>
          <w:i w:val="0"/>
          <w:color w:val="0E4F5C"/>
        </w:rPr>
        <w:t>Thank you for your business!</w:t>
      </w:r>
    </w:p>
    <w:p>
      <w:pPr>
        <w:jc w:val="center"/>
      </w:pPr>
      <w:r>
        <w:rPr>
          <w:b w:val="0"/>
          <w:i w:val="0"/>
          <w:color w:val="5F6B6E"/>
          <w:sz w:val="18"/>
        </w:rPr>
        <w:t xml:space="preserve">Questions about this invoice? </w:t>
      </w:r>
      <w:r>
        <w:rPr>
          <w:b w:val="0"/>
          <w:i w:val="0"/>
          <w:color w:val="5F6B6E"/>
          <w:sz w:val="18"/>
          <w:highlight w:val="yellow"/>
        </w:rPr>
        <w:t>[Phone]</w:t>
      </w:r>
      <w:r>
        <w:rPr>
          <w:b w:val="0"/>
          <w:i w:val="0"/>
          <w:color w:val="5F6B6E"/>
          <w:sz w:val="18"/>
        </w:rPr>
        <w:t xml:space="preserve"> · </w:t>
      </w:r>
      <w:r>
        <w:rPr>
          <w:b w:val="0"/>
          <w:i w:val="0"/>
          <w:color w:val="5F6B6E"/>
          <w:sz w:val="18"/>
          <w:highlight w:val="yellow"/>
        </w:rPr>
        <w:t>[Email]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224" w:bottom="1008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896"/>
      <w:gridCol w:w="4896"/>
    </w:tblGrid>
    <w:tr>
      <w:tc>
        <w:tcPr>
          <w:tcW w:type="dxa" w:w="4896"/>
        </w:tcPr>
        <w:p>
          <w:r>
            <w:rPr>
              <w:b w:val="0"/>
              <w:i w:val="0"/>
              <w:color w:val="5F6B6E"/>
              <w:sz w:val="16"/>
              <w:highlight w:val="yellow"/>
            </w:rPr>
            <w:t>[YOUR BUSINESS NAME]</w:t>
          </w:r>
          <w:r>
            <w:rPr>
              <w:b w:val="0"/>
              <w:i w:val="0"/>
              <w:color w:val="5F6B6E"/>
              <w:sz w:val="16"/>
            </w:rPr>
            <w:t xml:space="preserve"> · Invoice</w:t>
          </w:r>
        </w:p>
      </w:tc>
      <w:tc>
        <w:tcPr>
          <w:tcW w:type="dxa" w:w="4896"/>
        </w:tcPr>
        <w:p>
          <w:pPr>
            <w:jc w:val="right"/>
          </w:pPr>
          <w:r>
            <w:rPr>
              <w:color w:val="5F6B6E"/>
              <w:sz w:val="16"/>
            </w:rPr>
            <w:t xml:space="preserve">Page </w:t>
          </w:r>
          <w:r>
            <w:rPr>
              <w:color w:val="5F6B6E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color w:val="5F6B6E"/>
              <w:sz w:val="16"/>
            </w:rPr>
            <w:t xml:space="preserve"> of </w:t>
          </w:r>
          <w:r>
            <w:rPr>
              <w:color w:val="5F6B6E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744"/>
      <w:gridCol w:w="6048"/>
    </w:tblGrid>
    <w:tr>
      <w:tc>
        <w:tcPr>
          <w:tcW w:type="dxa" w:w="3744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1737360" cy="57912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placehol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5791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48"/>
          <w:vAlign w:val="center"/>
        </w:tcPr>
        <w:p>
          <w:pPr>
            <w:spacing w:after="0"/>
            <w:jc w:val="right"/>
          </w:pPr>
          <w:r>
            <w:rPr>
              <w:rFonts w:ascii="Georgia" w:hAnsi="Georgia"/>
              <w:b/>
              <w:i w:val="0"/>
              <w:color w:val="0E4F5C"/>
              <w:sz w:val="22"/>
              <w:highlight w:val="yellow"/>
            </w:rPr>
            <w:t>[YOUR BUSINESS NAME]</w:t>
          </w:r>
        </w:p>
        <w:p>
          <w:pPr>
            <w:spacing w:after="0"/>
            <w:jc w:val="right"/>
          </w:pPr>
          <w:r>
            <w:rPr>
              <w:b w:val="0"/>
              <w:i w:val="0"/>
              <w:color w:val="5F6B6E"/>
              <w:sz w:val="17"/>
              <w:highlight w:val="yellow"/>
            </w:rPr>
            <w:t>[Phone]</w:t>
          </w:r>
          <w:r>
            <w:rPr>
              <w:b w:val="0"/>
              <w:i w:val="0"/>
              <w:color w:val="5F6B6E"/>
              <w:sz w:val="17"/>
            </w:rPr>
            <w:t xml:space="preserve">  ·  </w:t>
          </w:r>
          <w:r>
            <w:rPr>
              <w:b w:val="0"/>
              <w:i w:val="0"/>
              <w:color w:val="5F6B6E"/>
              <w:sz w:val="17"/>
              <w:highlight w:val="yellow"/>
            </w:rPr>
            <w:t>[Email]</w:t>
          </w:r>
          <w:r>
            <w:rPr>
              <w:b w:val="0"/>
              <w:i w:val="0"/>
              <w:color w:val="5F6B6E"/>
              <w:sz w:val="17"/>
            </w:rPr>
            <w:t xml:space="preserve">  ·  </w:t>
          </w:r>
          <w:r>
            <w:rPr>
              <w:b w:val="0"/>
              <w:i w:val="0"/>
              <w:color w:val="5F6B6E"/>
              <w:sz w:val="17"/>
              <w:highlight w:val="yellow"/>
            </w:rPr>
            <w:t>[Website]</w:t>
          </w:r>
        </w:p>
      </w:tc>
    </w:tr>
  </w:tbl>
  <w:p>
    <w:pPr>
      <w:spacing w:after="0"/>
      <w:pBdr>
        <w:bottom w:val="single" w:sz="12" w:color="0E4F5C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eastAsia="Calibri"/>
      <w:color w:val="1F292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/>
      <w:outlineLvl w:val="0"/>
    </w:pPr>
    <w:rPr>
      <w:rFonts w:asciiTheme="majorHAnsi" w:eastAsiaTheme="majorEastAsia" w:hAnsiTheme="majorHAnsi" w:cstheme="majorBidi" w:ascii="Georgia" w:hAnsi="Georgia" w:cs="Georgia"/>
      <w:b/>
      <w:bCs/>
      <w:color w:val="0E4F5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Georgia" w:hAnsi="Georgia" w:cs="Georgia"/>
      <w:b/>
      <w:bCs/>
      <w:color w:val="0E4F5C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